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960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dontinho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F766E"/>
          <w:sz w:val="28"/>
        </w:rPr>
        <w:t>PUBLICAÇÃO EDUCATIVA DO ODONTINHO</w:t>
      </w:r>
    </w:p>
    <w:p>
      <w:pPr>
        <w:jc w:val="center"/>
      </w:pPr>
      <w:r>
        <w:rPr>
          <w:b/>
        </w:rPr>
        <w:t>Edson Laranjeiras</w:t>
      </w:r>
      <w:r>
        <w:rPr>
          <w:color w:val="6B7280"/>
          <w:sz w:val="20"/>
        </w:rPr>
        <w:t xml:space="preserve"> - </w:t>
      </w:r>
      <w:r>
        <w:rPr>
          <w:color w:val="6B7280"/>
          <w:sz w:val="20"/>
        </w:rPr>
        <w:t>17/10/2026 às 12:05</w:t>
      </w:r>
    </w:p>
    <w:p>
      <w:pPr>
        <w:jc w:val="center"/>
      </w:pPr>
      <w:r>
        <w:rPr>
          <w:sz w:val="22"/>
        </w:rPr>
        <w:t>Tema: PARA QUE SERVE O FLÚOR?</w:t>
      </w:r>
    </w:p>
    <w:p/>
    <w:p>
      <w:r>
        <w:t>O flúor é um mineral que ajuda a proteger os dentes contra a cárie. Ele pode estar presente na água de abastecimento, no creme dental e em produtos utilizados por profissionais de saúde bucal.</w:t>
      </w:r>
    </w:p>
    <w:p>
      <w:r>
        <w:rPr>
          <w:b/>
          <w:color w:val="115E59"/>
          <w:sz w:val="26"/>
        </w:rPr>
        <w:t>Como o flúor protege os dentes?</w:t>
      </w:r>
    </w:p>
    <w:p>
      <w:pPr>
        <w:pStyle w:val="ListBullet"/>
      </w:pPr>
      <w:r>
        <w:t>Fortalece o esmalte: ajuda a tornar a superfície dos dentes mais resistente aos ácidos produzidos pelas bactérias da boca.</w:t>
      </w:r>
    </w:p>
    <w:p>
      <w:pPr>
        <w:pStyle w:val="ListBullet"/>
      </w:pPr>
      <w:r>
        <w:t>Previne e controla a cárie: diminui a perda de minerais e favorece a recuperação de áreas que estão começando a perder minerais.</w:t>
      </w:r>
    </w:p>
    <w:p>
      <w:pPr>
        <w:pStyle w:val="ListBullet"/>
      </w:pPr>
      <w:r>
        <w:t>Age principalmente durante o contato com os dentes: por isso, escovar os dentes com creme dental fluoretado é importante, mesmo quando a pessoa consome água fluoretada.</w:t>
      </w:r>
    </w:p>
    <w:p>
      <w:pPr>
        <w:pStyle w:val="ListBullet"/>
      </w:pPr>
      <w:r>
        <w:t>Contribui para a saúde de toda a população: a água de abastecimento fluoretada, quando recebe flúor em quantidade controlada, ajuda a reduzir a ocorrência de cárie.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34742634ef476888c11990bb3054e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Ilustração educativa em estilo cartilha mostrando um dente saudável com esmalte forte protegido por uma camada simbólica de pequenas gotículas de flúor. Enquanto formas coloridas representam ácidos e bactérias sendo bloqueados; fundo claro. Composição amigável. Sem texto na imagem</w:t>
      </w:r>
    </w:p>
    <w:p>
      <w:r>
        <w:rPr>
          <w:b/>
          <w:color w:val="115E59"/>
          <w:sz w:val="26"/>
        </w:rPr>
        <w:t>O creme dental com flúor</w:t>
      </w:r>
    </w:p>
    <w:p>
      <w:r>
        <w:t>O creme dental fluoretado é uma das formas mais importantes de proteção contra a cárie. Para ter efeito preventivo, deve conter uma concentração adequada de flúor, geralmente a partir de 1.000 partes por milhão (ppm). Observe a informação na embalagem.</w:t>
      </w:r>
    </w:p>
    <w:p>
      <w:r>
        <w:t>O flúor não substitui:</w:t>
      </w:r>
    </w:p>
    <w:p>
      <w:pPr>
        <w:pStyle w:val="ListBullet"/>
      </w:pPr>
      <w:r>
        <w:t>A escovação regular.</w:t>
      </w:r>
    </w:p>
    <w:p>
      <w:pPr>
        <w:pStyle w:val="ListBullet"/>
      </w:pPr>
      <w:r>
        <w:t>A limpeza entre os dentes com fio dental ou outro método indicado.</w:t>
      </w:r>
    </w:p>
    <w:p>
      <w:pPr>
        <w:pStyle w:val="ListBullet"/>
      </w:pPr>
      <w:r>
        <w:t>A redução do consumo frequente de alimentos e bebidas açucarados.</w:t>
      </w:r>
    </w:p>
    <w:p>
      <w:pPr>
        <w:pStyle w:val="ListBullet"/>
      </w:pPr>
      <w:r>
        <w:t>O acompanhamento com a equipe de saúde bucal.</w:t>
      </w:r>
    </w:p>
    <w:p>
      <w:r>
        <w:rPr>
          <w:b/>
          <w:color w:val="115E59"/>
          <w:sz w:val="26"/>
        </w:rPr>
        <w:t>Como usar o flúor no dia a dia</w:t>
      </w:r>
    </w:p>
    <w:p>
      <w:pPr>
        <w:pStyle w:val="ListBullet"/>
      </w:pPr>
      <w:r>
        <w:t>Escove os dentes pelo menos duas vezes ao dia, especialmente antes de dormir.</w:t>
      </w:r>
    </w:p>
    <w:p>
      <w:pPr>
        <w:pStyle w:val="ListBullet"/>
      </w:pPr>
      <w:r>
        <w:t>Use creme dental com flúor em concentração adequada.</w:t>
      </w:r>
    </w:p>
    <w:p>
      <w:pPr>
        <w:pStyle w:val="ListBullet"/>
      </w:pPr>
      <w:r>
        <w:t>Após escovar, cuspa o excesso.</w:t>
      </w:r>
    </w:p>
    <w:p>
      <w:pPr>
        <w:pStyle w:val="ListBullet"/>
      </w:pPr>
      <w:r>
        <w:t>Evite enxaguar repetidamente com muita água, pois isso pode remover parte do flúor que permanece nos dentes.</w:t>
      </w:r>
    </w:p>
    <w:p>
      <w:pPr>
        <w:pStyle w:val="ListBullet"/>
      </w:pPr>
      <w:r>
        <w:t>Limpe a língua suavemente.</w:t>
      </w:r>
    </w:p>
    <w:p>
      <w:pPr>
        <w:pStyle w:val="ListBullet"/>
      </w:pPr>
      <w:r>
        <w:t>Use fio dental ou outro método para limpar entre os dentes.</w:t>
      </w:r>
    </w:p>
    <w:p>
      <w:pPr>
        <w:pStyle w:val="ListBullet"/>
      </w:pPr>
      <w:r>
        <w:t>Aproveite a água de abastecimento tratada e fluoretada quando ela estiver disponível e própria para consumo.</w:t>
      </w:r>
    </w:p>
    <w:p>
      <w:pPr>
        <w:pStyle w:val="ListBullet"/>
      </w:pPr>
      <w:r>
        <w:t>Leve as crianças para acompanhamento odontológico conforme a orientação da equipe de saúde.</w:t>
      </w:r>
    </w:p>
    <w:p>
      <w:r>
        <w:rPr>
          <w:b/>
          <w:color w:val="115E59"/>
          <w:sz w:val="26"/>
        </w:rPr>
        <w:t>Creme dental para crianças</w:t>
      </w:r>
    </w:p>
    <w:p>
      <w:r>
        <w:t>A escovação com creme dental fluoretado deve começar desde o nascimento do primeiro dente.</w:t>
      </w:r>
    </w:p>
    <w:p>
      <w:pPr>
        <w:pStyle w:val="ListBullet"/>
      </w:pPr>
      <w:r>
        <w:t>Até aproximadamente 3 anos: use uma quantidade pequena, semelhante a um grão de arroz cru.</w:t>
      </w:r>
    </w:p>
    <w:p>
      <w:pPr>
        <w:pStyle w:val="ListBullet"/>
      </w:pPr>
      <w:r>
        <w:t>A partir de aproximadamente 3 anos: use uma quantidade semelhante a um grão de ervilha.</w:t>
      </w:r>
    </w:p>
    <w:p>
      <w:pPr>
        <w:pStyle w:val="ListBullet"/>
      </w:pPr>
      <w:r>
        <w:t>Um adulto deve colocar o creme dental, supervisionar a escovação e ajudar a criança a cuspir.</w:t>
      </w:r>
    </w:p>
    <w:p>
      <w:pPr>
        <w:pStyle w:val="ListBullet"/>
      </w:pPr>
      <w:r>
        <w:t>Não permita que crianças pequenas brinquem com o creme dental ou tenham acesso livre à embalagem.</w:t>
      </w:r>
    </w:p>
    <w:p>
      <w:pPr>
        <w:pStyle w:val="ListBullet"/>
      </w:pPr>
      <w:r>
        <w:t>Oriente a criança a não engolir o produto.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6b45744aaf4cc992dbe4e32f588db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Ilustração educativa em estilo cartilha mostrando uma criança com camisa e calça escovando os dentes diante da pia. Supervisionada por um adulto com camisa e calça. Usando uma pequena quantidade de creme dental na escova e cuspindo o excesso. Com fio dental e um copo de água ao lado; personagens modestamente vestidos. Sem texto na imagem</w:t>
      </w:r>
    </w:p>
    <w:p>
      <w:r>
        <w:rPr>
          <w:b/>
          <w:color w:val="115E59"/>
          <w:sz w:val="26"/>
        </w:rPr>
        <w:t>Quantidade adequada é importante</w:t>
      </w:r>
    </w:p>
    <w:p>
      <w:r>
        <w:t>O flúor é seguro e eficaz quando usado corretamente. Entretanto, a ingestão frequente e excessiva durante a formação dos dentes pode causar fluorose dentária, que geralmente aparece como manchas ou alterações no esmalte.</w:t>
      </w:r>
    </w:p>
    <w:p>
      <w:r>
        <w:t>A fluorose não é causada pela escovação habitual feita corretamente, mas principalmente pela ingestão excessiva e repetida de flúor na infância.</w:t>
      </w:r>
    </w:p>
    <w:p>
      <w:r>
        <w:rPr>
          <w:b/>
          <w:color w:val="115E59"/>
          <w:sz w:val="26"/>
        </w:rPr>
        <w:t>Cuidados e alertas</w:t>
      </w:r>
    </w:p>
    <w:p>
      <w:pPr>
        <w:pStyle w:val="ListBullet"/>
      </w:pPr>
      <w:r>
        <w:t>Não é necessário evitar o flúor: use-o na quantidade recomendada.</w:t>
      </w:r>
    </w:p>
    <w:p>
      <w:pPr>
        <w:pStyle w:val="ListBullet"/>
      </w:pPr>
      <w:r>
        <w:t>Não engula o creme dental, especialmente em grandes quantidades.</w:t>
      </w:r>
    </w:p>
    <w:p>
      <w:pPr>
        <w:pStyle w:val="ListBullet"/>
      </w:pPr>
      <w:r>
        <w:t>Não use comprimidos, gotas, suplementos ou produtos concentrados com flúor por conta própria. Esses produtos só devem ser considerados por profissional habilitado, quando realmente indicados.</w:t>
      </w:r>
    </w:p>
    <w:p>
      <w:pPr>
        <w:pStyle w:val="ListBullet"/>
      </w:pPr>
      <w:r>
        <w:t>Se uma criança engolir grande quantidade de creme dental ou outro produto fluoretado, procure imediatamente um serviço de saúde ou um centro de informações toxicológicas da sua região.</w:t>
      </w:r>
    </w:p>
    <w:p>
      <w:pPr>
        <w:pStyle w:val="ListBullet"/>
      </w:pPr>
      <w:r>
        <w:t>Quem utiliza água de poço, fonte ou outra água não acompanhada pelo serviço público deve verificar sua qualidade, inclusive quanto à presença e à concentração de flúor.</w:t>
      </w:r>
    </w:p>
    <w:p>
      <w:pPr>
        <w:pStyle w:val="ListBullet"/>
      </w:pPr>
      <w:r>
        <w:t>O flúor não cura sozinho uma cárie já instalada. Dor, manchas, buracos ou sensibilidade devem ser avaliados por um dentista.</w:t>
      </w:r>
    </w:p>
    <w:p>
      <w:r>
        <w:rPr>
          <w:b/>
          <w:color w:val="115E59"/>
          <w:sz w:val="26"/>
        </w:rPr>
        <w:t>Mensagem principal</w:t>
      </w:r>
    </w:p>
    <w:p>
      <w:r>
        <w:t>O flúor ajuda a deixar os dentes mais resistentes e a prevenir a cárie. Para aproveitá-lo melhor, escove os dentes duas vezes ao dia com creme dental fluoretado, use a quantidade adequada e evite engoli-lo.</w:t>
      </w:r>
    </w:p>
    <w:p>
      <w:r>
        <w:t>Cuide da higiene bucal todos os dias e incentive as crianças a escovar os dentes com a supervisão de um adulto. A prevenção começa com hábitos simples e acompanhamento regular.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